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337DF" w14:textId="77777777" w:rsidR="00091345" w:rsidRDefault="00091345">
      <w:pPr>
        <w:spacing w:after="160"/>
        <w:jc w:val="center"/>
      </w:pPr>
    </w:p>
    <w:p w14:paraId="756332A9" w14:textId="77777777" w:rsidR="00960407" w:rsidRDefault="00960407">
      <w:pPr>
        <w:spacing w:after="160"/>
        <w:jc w:val="center"/>
      </w:pPr>
    </w:p>
    <w:p w14:paraId="799B76A0" w14:textId="77777777" w:rsidR="00960407" w:rsidRDefault="00960407">
      <w:pPr>
        <w:spacing w:after="160"/>
        <w:jc w:val="center"/>
      </w:pPr>
    </w:p>
    <w:p w14:paraId="5C22D46E" w14:textId="6584CCAA" w:rsidR="00091345" w:rsidRPr="00960407" w:rsidRDefault="0075235A">
      <w:pPr>
        <w:spacing w:after="40"/>
        <w:jc w:val="center"/>
        <w:rPr>
          <w:lang w:val="it-IT"/>
        </w:rPr>
      </w:pPr>
      <w:r w:rsidRPr="00960407">
        <w:rPr>
          <w:b/>
          <w:color w:val="1F4E79"/>
          <w:sz w:val="34"/>
          <w:lang w:val="it-IT"/>
        </w:rPr>
        <w:t>DICHIARAZIONE</w:t>
      </w:r>
    </w:p>
    <w:p w14:paraId="3F3C66FD" w14:textId="77777777" w:rsidR="00960407" w:rsidRDefault="00960407">
      <w:pPr>
        <w:spacing w:after="200"/>
        <w:jc w:val="center"/>
        <w:rPr>
          <w:color w:val="232323"/>
          <w:lang w:val="it-IT"/>
        </w:rPr>
      </w:pPr>
    </w:p>
    <w:p w14:paraId="0B47C863" w14:textId="22933E63" w:rsidR="00091345" w:rsidRPr="00960407" w:rsidRDefault="0075235A">
      <w:pPr>
        <w:spacing w:after="200"/>
        <w:jc w:val="center"/>
        <w:rPr>
          <w:lang w:val="it-IT"/>
        </w:rPr>
      </w:pPr>
      <w:r w:rsidRPr="00960407">
        <w:rPr>
          <w:color w:val="232323"/>
          <w:lang w:val="it-IT"/>
        </w:rPr>
        <w:t>Modulo informativo e formativo - Sistema di gestione per la prevenzione della corruzione</w:t>
      </w:r>
      <w:r w:rsidRPr="00960407">
        <w:rPr>
          <w:color w:val="232323"/>
          <w:lang w:val="it-IT"/>
        </w:rPr>
        <w:br/>
        <w:t>UNI ISO 37001:2025</w:t>
      </w:r>
      <w:r w:rsidR="003278EE">
        <w:rPr>
          <w:color w:val="232323"/>
          <w:lang w:val="it-IT"/>
        </w:rPr>
        <w:t xml:space="preserve"> </w:t>
      </w:r>
    </w:p>
    <w:tbl>
      <w:tblPr>
        <w:tblW w:w="10385" w:type="dxa"/>
        <w:jc w:val="center"/>
        <w:tblLayout w:type="fixed"/>
        <w:tblLook w:val="04A0" w:firstRow="1" w:lastRow="0" w:firstColumn="1" w:lastColumn="0" w:noHBand="0" w:noVBand="1"/>
      </w:tblPr>
      <w:tblGrid>
        <w:gridCol w:w="3796"/>
        <w:gridCol w:w="6589"/>
      </w:tblGrid>
      <w:tr w:rsidR="00091345" w:rsidRPr="0007157C" w14:paraId="6F6F2B00" w14:textId="77777777" w:rsidTr="00420954">
        <w:trPr>
          <w:trHeight w:val="508"/>
          <w:jc w:val="center"/>
        </w:trPr>
        <w:tc>
          <w:tcPr>
            <w:tcW w:w="3796" w:type="dxa"/>
            <w:tcBorders>
              <w:top w:val="single" w:sz="4" w:space="0" w:color="C9D7E5"/>
              <w:left w:val="single" w:sz="4" w:space="0" w:color="C9D7E5"/>
              <w:bottom w:val="single" w:sz="4" w:space="0" w:color="C9D7E5"/>
              <w:right w:val="single" w:sz="4" w:space="0" w:color="C9D7E5"/>
            </w:tcBorders>
            <w:shd w:val="clear" w:color="auto" w:fill="EAF0F6"/>
            <w:vAlign w:val="center"/>
          </w:tcPr>
          <w:p w14:paraId="5BDF3496" w14:textId="77777777" w:rsidR="00091345" w:rsidRPr="0007157C" w:rsidRDefault="0075235A">
            <w:pPr>
              <w:spacing w:after="0"/>
              <w:rPr>
                <w:lang w:val="it-IT"/>
              </w:rPr>
            </w:pPr>
            <w:r w:rsidRPr="0007157C">
              <w:rPr>
                <w:b/>
                <w:color w:val="1F4E79"/>
                <w:lang w:val="it-IT"/>
              </w:rPr>
              <w:t>Nome e cognome</w:t>
            </w:r>
          </w:p>
        </w:tc>
        <w:tc>
          <w:tcPr>
            <w:tcW w:w="6589" w:type="dxa"/>
            <w:tcBorders>
              <w:top w:val="single" w:sz="4" w:space="0" w:color="C9D7E5"/>
              <w:left w:val="single" w:sz="4" w:space="0" w:color="C9D7E5"/>
              <w:bottom w:val="single" w:sz="4" w:space="0" w:color="C9D7E5"/>
              <w:right w:val="single" w:sz="4" w:space="0" w:color="C9D7E5"/>
            </w:tcBorders>
            <w:vAlign w:val="center"/>
          </w:tcPr>
          <w:p w14:paraId="1CF1484B" w14:textId="4A904C52" w:rsidR="00091345" w:rsidRPr="0007157C" w:rsidRDefault="001328E7">
            <w:pPr>
              <w:spacing w:after="0"/>
              <w:rPr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sz w:val="22"/>
                  <w:u w:val="single"/>
                </w:rPr>
                <w:id w:val="1582566809"/>
                <w:placeholder>
                  <w:docPart w:val="92A119B3BD86491485AE0C57E5260C51"/>
                </w:placeholder>
                <w:showingPlcHdr/>
              </w:sdtPr>
              <w:sdtContent>
                <w:r w:rsidRPr="00AE43DB">
                  <w:rPr>
                    <w:rStyle w:val="Testosegnaposto"/>
                    <w:rFonts w:eastAsiaTheme="minorHAnsi"/>
                  </w:rPr>
                  <w:t>Fare clic o toccare qui per immettere il testo.</w:t>
                </w:r>
              </w:sdtContent>
            </w:sdt>
            <w:r w:rsidRPr="0007157C">
              <w:rPr>
                <w:color w:val="232323"/>
                <w:lang w:val="it-IT"/>
              </w:rPr>
              <w:t xml:space="preserve"> </w:t>
            </w:r>
          </w:p>
        </w:tc>
      </w:tr>
      <w:tr w:rsidR="00091345" w:rsidRPr="0007157C" w14:paraId="7FE6706D" w14:textId="77777777" w:rsidTr="00420954">
        <w:trPr>
          <w:trHeight w:val="533"/>
          <w:jc w:val="center"/>
        </w:trPr>
        <w:tc>
          <w:tcPr>
            <w:tcW w:w="3796" w:type="dxa"/>
            <w:tcBorders>
              <w:top w:val="single" w:sz="4" w:space="0" w:color="C9D7E5"/>
              <w:left w:val="single" w:sz="4" w:space="0" w:color="C9D7E5"/>
              <w:bottom w:val="single" w:sz="4" w:space="0" w:color="C9D7E5"/>
              <w:right w:val="single" w:sz="4" w:space="0" w:color="C9D7E5"/>
            </w:tcBorders>
            <w:shd w:val="clear" w:color="auto" w:fill="EAF0F6"/>
            <w:vAlign w:val="center"/>
          </w:tcPr>
          <w:p w14:paraId="16D1A354" w14:textId="77777777" w:rsidR="00091345" w:rsidRPr="0007157C" w:rsidRDefault="0075235A">
            <w:pPr>
              <w:spacing w:after="0"/>
              <w:rPr>
                <w:lang w:val="it-IT"/>
              </w:rPr>
            </w:pPr>
            <w:r w:rsidRPr="0007157C">
              <w:rPr>
                <w:b/>
                <w:color w:val="1F4E79"/>
                <w:lang w:val="it-IT"/>
              </w:rPr>
              <w:t>Società/Organizzazione</w:t>
            </w:r>
          </w:p>
        </w:tc>
        <w:tc>
          <w:tcPr>
            <w:tcW w:w="6589" w:type="dxa"/>
            <w:tcBorders>
              <w:top w:val="single" w:sz="4" w:space="0" w:color="C9D7E5"/>
              <w:left w:val="single" w:sz="4" w:space="0" w:color="C9D7E5"/>
              <w:bottom w:val="single" w:sz="4" w:space="0" w:color="C9D7E5"/>
              <w:right w:val="single" w:sz="4" w:space="0" w:color="C9D7E5"/>
            </w:tcBorders>
            <w:vAlign w:val="center"/>
          </w:tcPr>
          <w:p w14:paraId="0373789A" w14:textId="045A48E3" w:rsidR="00091345" w:rsidRPr="0007157C" w:rsidRDefault="001328E7">
            <w:pPr>
              <w:spacing w:after="0"/>
              <w:rPr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sz w:val="22"/>
                  <w:u w:val="single"/>
                </w:rPr>
                <w:id w:val="984659960"/>
                <w:placeholder>
                  <w:docPart w:val="9103FE4315F24C9A8651DCA774500C22"/>
                </w:placeholder>
                <w:showingPlcHdr/>
              </w:sdtPr>
              <w:sdtContent>
                <w:r w:rsidRPr="00AE43DB">
                  <w:rPr>
                    <w:rStyle w:val="Testosegnaposto"/>
                    <w:rFonts w:eastAsiaTheme="minorHAnsi"/>
                  </w:rPr>
                  <w:t>Fare clic o toccare qui per immettere il testo.</w:t>
                </w:r>
              </w:sdtContent>
            </w:sdt>
          </w:p>
        </w:tc>
      </w:tr>
      <w:tr w:rsidR="00091345" w:rsidRPr="0007157C" w14:paraId="72EB769B" w14:textId="77777777" w:rsidTr="00420954">
        <w:trPr>
          <w:trHeight w:val="508"/>
          <w:jc w:val="center"/>
        </w:trPr>
        <w:tc>
          <w:tcPr>
            <w:tcW w:w="3796" w:type="dxa"/>
            <w:tcBorders>
              <w:top w:val="single" w:sz="4" w:space="0" w:color="C9D7E5"/>
              <w:left w:val="single" w:sz="4" w:space="0" w:color="C9D7E5"/>
              <w:bottom w:val="single" w:sz="4" w:space="0" w:color="C9D7E5"/>
              <w:right w:val="single" w:sz="4" w:space="0" w:color="C9D7E5"/>
            </w:tcBorders>
            <w:shd w:val="clear" w:color="auto" w:fill="EAF0F6"/>
            <w:vAlign w:val="center"/>
          </w:tcPr>
          <w:p w14:paraId="4674068D" w14:textId="733B81FF" w:rsidR="00091345" w:rsidRPr="0007157C" w:rsidRDefault="0075235A">
            <w:pPr>
              <w:spacing w:after="0"/>
              <w:rPr>
                <w:lang w:val="it-IT"/>
              </w:rPr>
            </w:pPr>
            <w:r w:rsidRPr="0007157C">
              <w:rPr>
                <w:b/>
                <w:color w:val="1F4E79"/>
                <w:lang w:val="it-IT"/>
              </w:rPr>
              <w:t>Ruolo/Funzione</w:t>
            </w:r>
            <w:r w:rsidR="00420954" w:rsidRPr="0007157C">
              <w:rPr>
                <w:b/>
                <w:color w:val="1F4E79"/>
                <w:lang w:val="it-IT"/>
              </w:rPr>
              <w:t xml:space="preserve"> oppure Professione</w:t>
            </w:r>
          </w:p>
        </w:tc>
        <w:tc>
          <w:tcPr>
            <w:tcW w:w="6589" w:type="dxa"/>
            <w:tcBorders>
              <w:top w:val="single" w:sz="4" w:space="0" w:color="C9D7E5"/>
              <w:left w:val="single" w:sz="4" w:space="0" w:color="C9D7E5"/>
              <w:bottom w:val="single" w:sz="4" w:space="0" w:color="C9D7E5"/>
              <w:right w:val="single" w:sz="4" w:space="0" w:color="C9D7E5"/>
            </w:tcBorders>
            <w:vAlign w:val="center"/>
          </w:tcPr>
          <w:p w14:paraId="6C2C19EC" w14:textId="5A2DB776" w:rsidR="00091345" w:rsidRPr="0007157C" w:rsidRDefault="001328E7">
            <w:pPr>
              <w:spacing w:after="0"/>
              <w:rPr>
                <w:lang w:val="it-IT"/>
              </w:rPr>
            </w:pPr>
            <w:sdt>
              <w:sdtPr>
                <w:rPr>
                  <w:rFonts w:asciiTheme="minorHAnsi" w:hAnsiTheme="minorHAnsi" w:cstheme="minorHAnsi"/>
                  <w:sz w:val="22"/>
                  <w:u w:val="single"/>
                </w:rPr>
                <w:id w:val="-2042347165"/>
                <w:placeholder>
                  <w:docPart w:val="596772391A8E4E96920016DC0687031F"/>
                </w:placeholder>
                <w:showingPlcHdr/>
              </w:sdtPr>
              <w:sdtContent>
                <w:r w:rsidRPr="00AE43DB">
                  <w:rPr>
                    <w:rStyle w:val="Testosegnaposto"/>
                    <w:rFonts w:eastAsiaTheme="minorHAnsi"/>
                  </w:rPr>
                  <w:t>Fare clic o toccare qui per immettere il testo.</w:t>
                </w:r>
              </w:sdtContent>
            </w:sdt>
          </w:p>
        </w:tc>
      </w:tr>
    </w:tbl>
    <w:p w14:paraId="4E320C86" w14:textId="77777777" w:rsidR="00960407" w:rsidRPr="0007157C" w:rsidRDefault="00960407">
      <w:pPr>
        <w:spacing w:before="180"/>
        <w:rPr>
          <w:b/>
          <w:color w:val="1F4E79"/>
          <w:sz w:val="23"/>
          <w:lang w:val="it-IT"/>
        </w:rPr>
      </w:pPr>
    </w:p>
    <w:p w14:paraId="71174007" w14:textId="77777777" w:rsidR="00091345" w:rsidRPr="00C318A8" w:rsidRDefault="0075235A" w:rsidP="00960407">
      <w:pPr>
        <w:spacing w:before="180"/>
        <w:jc w:val="center"/>
        <w:rPr>
          <w:lang w:val="it-IT"/>
        </w:rPr>
      </w:pPr>
      <w:r w:rsidRPr="00C318A8">
        <w:rPr>
          <w:b/>
          <w:color w:val="1F4E79"/>
          <w:sz w:val="23"/>
          <w:lang w:val="it-IT"/>
        </w:rPr>
        <w:t>DICHIARA</w:t>
      </w:r>
    </w:p>
    <w:p w14:paraId="24003419" w14:textId="77777777" w:rsidR="00091345" w:rsidRPr="00C318A8" w:rsidRDefault="0075235A">
      <w:pPr>
        <w:spacing w:after="100"/>
        <w:jc w:val="both"/>
        <w:rPr>
          <w:lang w:val="it-IT"/>
        </w:rPr>
      </w:pPr>
      <w:r w:rsidRPr="00C318A8">
        <w:rPr>
          <w:color w:val="232323"/>
          <w:lang w:val="it-IT"/>
        </w:rPr>
        <w:t>di aver completato il modulo informativo e formativo dedicato ai soci in affari di Magis S.p.A. e di aver preso conoscenza dei principi e dei comportamenti illustrati nel corso.</w:t>
      </w:r>
    </w:p>
    <w:p w14:paraId="36DB57C2" w14:textId="77777777" w:rsidR="00091345" w:rsidRPr="00C318A8" w:rsidRDefault="0075235A">
      <w:pPr>
        <w:spacing w:after="60"/>
        <w:rPr>
          <w:lang w:val="it-IT"/>
        </w:rPr>
      </w:pPr>
      <w:r w:rsidRPr="00C318A8">
        <w:rPr>
          <w:color w:val="232323"/>
          <w:lang w:val="it-IT"/>
        </w:rPr>
        <w:t>In particolare, dichiara di essere consapevole della necessità di:</w:t>
      </w:r>
    </w:p>
    <w:p w14:paraId="17C27B8E" w14:textId="77777777" w:rsidR="00091345" w:rsidRPr="00C318A8" w:rsidRDefault="0075235A" w:rsidP="00960407">
      <w:pPr>
        <w:pStyle w:val="Puntoelenco"/>
        <w:numPr>
          <w:ilvl w:val="0"/>
          <w:numId w:val="10"/>
        </w:numPr>
        <w:snapToGrid w:val="0"/>
        <w:spacing w:before="120" w:after="120"/>
        <w:ind w:left="357" w:hanging="357"/>
        <w:contextualSpacing w:val="0"/>
        <w:rPr>
          <w:lang w:val="it-IT"/>
        </w:rPr>
      </w:pPr>
      <w:r w:rsidRPr="00C318A8">
        <w:rPr>
          <w:color w:val="232323"/>
          <w:sz w:val="20"/>
          <w:lang w:val="it-IT"/>
        </w:rPr>
        <w:t>rispettare la Politica per la Prevenzione della Corruzione, il Codice Etico e le regole applicabili al rapporto con Magis S.p.A.;</w:t>
      </w:r>
    </w:p>
    <w:p w14:paraId="1B0AB468" w14:textId="77777777" w:rsidR="00091345" w:rsidRPr="00C318A8" w:rsidRDefault="0075235A" w:rsidP="00960407">
      <w:pPr>
        <w:pStyle w:val="Puntoelenco"/>
        <w:numPr>
          <w:ilvl w:val="0"/>
          <w:numId w:val="10"/>
        </w:numPr>
        <w:snapToGrid w:val="0"/>
        <w:spacing w:before="120" w:after="120"/>
        <w:ind w:left="357" w:hanging="357"/>
        <w:contextualSpacing w:val="0"/>
        <w:rPr>
          <w:lang w:val="it-IT"/>
        </w:rPr>
      </w:pPr>
      <w:r w:rsidRPr="00C318A8">
        <w:rPr>
          <w:color w:val="232323"/>
          <w:sz w:val="20"/>
          <w:lang w:val="it-IT"/>
        </w:rPr>
        <w:t>fornire informazioni complete, veritiere e aggiornate e cooperare nelle verifiche;</w:t>
      </w:r>
    </w:p>
    <w:p w14:paraId="04B7A7A4" w14:textId="77777777" w:rsidR="00091345" w:rsidRPr="00C318A8" w:rsidRDefault="0075235A" w:rsidP="00960407">
      <w:pPr>
        <w:pStyle w:val="Puntoelenco"/>
        <w:numPr>
          <w:ilvl w:val="0"/>
          <w:numId w:val="10"/>
        </w:numPr>
        <w:snapToGrid w:val="0"/>
        <w:spacing w:before="120" w:after="120"/>
        <w:ind w:left="357" w:hanging="357"/>
        <w:contextualSpacing w:val="0"/>
        <w:rPr>
          <w:lang w:val="it-IT"/>
        </w:rPr>
      </w:pPr>
      <w:r w:rsidRPr="00C318A8">
        <w:rPr>
          <w:color w:val="232323"/>
          <w:sz w:val="20"/>
          <w:lang w:val="it-IT"/>
        </w:rPr>
        <w:t>comunicare tempestivamente eventuali conflitti di interesse;</w:t>
      </w:r>
    </w:p>
    <w:p w14:paraId="14A6F85A" w14:textId="77777777" w:rsidR="00091345" w:rsidRPr="00C318A8" w:rsidRDefault="0075235A" w:rsidP="00960407">
      <w:pPr>
        <w:pStyle w:val="Puntoelenco"/>
        <w:numPr>
          <w:ilvl w:val="0"/>
          <w:numId w:val="10"/>
        </w:numPr>
        <w:snapToGrid w:val="0"/>
        <w:spacing w:before="120" w:after="120"/>
        <w:ind w:left="357" w:hanging="357"/>
        <w:contextualSpacing w:val="0"/>
        <w:rPr>
          <w:lang w:val="it-IT"/>
        </w:rPr>
      </w:pPr>
      <w:r w:rsidRPr="00C318A8">
        <w:rPr>
          <w:color w:val="232323"/>
          <w:sz w:val="20"/>
          <w:lang w:val="it-IT"/>
        </w:rPr>
        <w:t>non offrire, promettere, richiedere o accettare utilità improprie;</w:t>
      </w:r>
    </w:p>
    <w:p w14:paraId="649249E4" w14:textId="77777777" w:rsidR="00091345" w:rsidRPr="0007157C" w:rsidRDefault="0075235A" w:rsidP="00960407">
      <w:pPr>
        <w:pStyle w:val="Puntoelenco"/>
        <w:numPr>
          <w:ilvl w:val="0"/>
          <w:numId w:val="10"/>
        </w:numPr>
        <w:snapToGrid w:val="0"/>
        <w:spacing w:before="120" w:after="120"/>
        <w:ind w:left="357" w:hanging="357"/>
        <w:contextualSpacing w:val="0"/>
        <w:rPr>
          <w:lang w:val="it-IT"/>
        </w:rPr>
      </w:pPr>
      <w:r w:rsidRPr="00C318A8">
        <w:rPr>
          <w:color w:val="232323"/>
          <w:sz w:val="20"/>
          <w:lang w:val="it-IT"/>
        </w:rPr>
        <w:t>utilizzare i canali messi a disposizione da Magis S.p.A. in presenza di dubbi, sospetti o possibili</w:t>
      </w:r>
      <w:r w:rsidRPr="0007157C">
        <w:rPr>
          <w:color w:val="232323"/>
          <w:sz w:val="20"/>
          <w:lang w:val="it-IT"/>
        </w:rPr>
        <w:t xml:space="preserve"> violazioni.</w:t>
      </w:r>
    </w:p>
    <w:p w14:paraId="5B29AEAE" w14:textId="77777777" w:rsidR="00960407" w:rsidRPr="0007157C" w:rsidRDefault="00960407">
      <w:pPr>
        <w:spacing w:before="100" w:after="100"/>
        <w:jc w:val="both"/>
        <w:rPr>
          <w:b/>
          <w:color w:val="1F4E79"/>
          <w:lang w:val="it-IT"/>
        </w:rPr>
      </w:pPr>
    </w:p>
    <w:p w14:paraId="691F36E7" w14:textId="347EC4FB" w:rsidR="00091345" w:rsidRPr="0007157C" w:rsidRDefault="0075235A">
      <w:pPr>
        <w:spacing w:before="100" w:after="100"/>
        <w:jc w:val="both"/>
        <w:rPr>
          <w:lang w:val="it-IT"/>
        </w:rPr>
      </w:pPr>
      <w:r w:rsidRPr="0007157C">
        <w:rPr>
          <w:b/>
          <w:color w:val="1F4E79"/>
          <w:lang w:val="it-IT"/>
        </w:rPr>
        <w:t>Il/La sottoscritto/a si impegna ad applicare tali principi, per quanto di propria competenza, nello svolgimento d</w:t>
      </w:r>
      <w:r w:rsidR="00C318A8">
        <w:rPr>
          <w:b/>
          <w:color w:val="1F4E79"/>
          <w:lang w:val="it-IT"/>
        </w:rPr>
        <w:t>i</w:t>
      </w:r>
      <w:r w:rsidRPr="0007157C">
        <w:rPr>
          <w:b/>
          <w:color w:val="1F4E79"/>
          <w:lang w:val="it-IT"/>
        </w:rPr>
        <w:t xml:space="preserve"> rapport</w:t>
      </w:r>
      <w:r w:rsidR="00C318A8">
        <w:rPr>
          <w:b/>
          <w:color w:val="1F4E79"/>
          <w:lang w:val="it-IT"/>
        </w:rPr>
        <w:t>i contrattuali presenti e futuri</w:t>
      </w:r>
      <w:r w:rsidRPr="0007157C">
        <w:rPr>
          <w:b/>
          <w:color w:val="1F4E79"/>
          <w:lang w:val="it-IT"/>
        </w:rPr>
        <w:t xml:space="preserve"> con Magis S.p.A.</w:t>
      </w:r>
    </w:p>
    <w:p w14:paraId="6D8A391F" w14:textId="77777777" w:rsidR="00960407" w:rsidRPr="0007157C" w:rsidRDefault="00960407">
      <w:pPr>
        <w:spacing w:after="160"/>
        <w:jc w:val="both"/>
        <w:rPr>
          <w:color w:val="232323"/>
          <w:sz w:val="20"/>
          <w:lang w:val="it-IT"/>
        </w:rPr>
      </w:pPr>
    </w:p>
    <w:p w14:paraId="6ABE481B" w14:textId="77777777" w:rsidR="00091345" w:rsidRPr="0007157C" w:rsidRDefault="0075235A">
      <w:pPr>
        <w:spacing w:after="160"/>
        <w:jc w:val="both"/>
        <w:rPr>
          <w:color w:val="232323"/>
          <w:sz w:val="20"/>
          <w:lang w:val="it-IT"/>
        </w:rPr>
      </w:pPr>
      <w:r w:rsidRPr="0007157C">
        <w:rPr>
          <w:color w:val="232323"/>
          <w:sz w:val="20"/>
          <w:lang w:val="it-IT"/>
        </w:rPr>
        <w:t>La presente dichiarazione attesta il completamento dell’attività informativa e formativa e la presa visione dei principi illustrati nel corso.</w:t>
      </w:r>
    </w:p>
    <w:p w14:paraId="20E118BD" w14:textId="77777777" w:rsidR="00960407" w:rsidRPr="00960407" w:rsidRDefault="00960407">
      <w:pPr>
        <w:spacing w:after="160"/>
        <w:jc w:val="both"/>
        <w:rPr>
          <w:lang w:val="it-IT"/>
        </w:rPr>
      </w:pPr>
    </w:p>
    <w:tbl>
      <w:tblPr>
        <w:tblpPr w:leftFromText="141" w:rightFromText="141" w:vertAnchor="text" w:horzAnchor="margin" w:tblpY="381"/>
        <w:tblW w:w="0" w:type="auto"/>
        <w:tblLayout w:type="fixed"/>
        <w:tblLook w:val="04A0" w:firstRow="1" w:lastRow="0" w:firstColumn="1" w:lastColumn="0" w:noHBand="0" w:noVBand="1"/>
      </w:tblPr>
      <w:tblGrid>
        <w:gridCol w:w="4608"/>
        <w:gridCol w:w="5472"/>
      </w:tblGrid>
      <w:tr w:rsidR="00960407" w14:paraId="3D2C8DED" w14:textId="77777777" w:rsidTr="00960407"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</w:tcPr>
          <w:p w14:paraId="767ED7D5" w14:textId="77777777" w:rsidR="00960407" w:rsidRDefault="00960407" w:rsidP="00960407">
            <w:pPr>
              <w:spacing w:after="0"/>
            </w:pPr>
            <w:r>
              <w:rPr>
                <w:b/>
                <w:color w:val="1F4E79"/>
                <w:sz w:val="19"/>
              </w:rPr>
              <w:t>Data</w:t>
            </w:r>
          </w:p>
        </w:tc>
        <w:tc>
          <w:tcPr>
            <w:tcW w:w="5472" w:type="dxa"/>
            <w:tcBorders>
              <w:top w:val="nil"/>
              <w:left w:val="nil"/>
              <w:bottom w:val="nil"/>
              <w:right w:val="nil"/>
            </w:tcBorders>
          </w:tcPr>
          <w:p w14:paraId="7B2B0A06" w14:textId="77777777" w:rsidR="00960407" w:rsidRDefault="00960407" w:rsidP="00960407">
            <w:pPr>
              <w:spacing w:after="0"/>
            </w:pPr>
            <w:r>
              <w:rPr>
                <w:b/>
                <w:color w:val="1F4E79"/>
                <w:sz w:val="19"/>
              </w:rPr>
              <w:t xml:space="preserve">Firma </w:t>
            </w:r>
          </w:p>
        </w:tc>
      </w:tr>
      <w:tr w:rsidR="00960407" w14:paraId="35B40E69" w14:textId="77777777" w:rsidTr="00960407"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</w:tcPr>
          <w:p w14:paraId="714D9FC7" w14:textId="46E15872" w:rsidR="00960407" w:rsidRDefault="001328E7" w:rsidP="00960407">
            <w:pPr>
              <w:spacing w:after="0"/>
            </w:pPr>
            <w:sdt>
              <w:sdtPr>
                <w:rPr>
                  <w:rFonts w:asciiTheme="minorHAnsi" w:hAnsiTheme="minorHAnsi" w:cstheme="minorHAnsi"/>
                  <w:sz w:val="22"/>
                  <w:u w:val="single"/>
                </w:rPr>
                <w:id w:val="1667816843"/>
                <w:placeholder>
                  <w:docPart w:val="93B7E5C7102E43A89E631A8C60641D08"/>
                </w:placeholder>
                <w:showingPlcHdr/>
              </w:sdtPr>
              <w:sdtContent>
                <w:r w:rsidRPr="00AE43DB">
                  <w:rPr>
                    <w:rStyle w:val="Testosegnaposto"/>
                    <w:rFonts w:eastAsiaTheme="minorHAnsi"/>
                  </w:rPr>
                  <w:t>Fare clic o toccare qui per immettere il testo.</w:t>
                </w:r>
              </w:sdtContent>
            </w:sdt>
          </w:p>
        </w:tc>
        <w:tc>
          <w:tcPr>
            <w:tcW w:w="5472" w:type="dxa"/>
            <w:tcBorders>
              <w:top w:val="nil"/>
              <w:left w:val="nil"/>
              <w:bottom w:val="nil"/>
              <w:right w:val="nil"/>
            </w:tcBorders>
          </w:tcPr>
          <w:p w14:paraId="49F77799" w14:textId="0CBDB628" w:rsidR="00960407" w:rsidRDefault="00960407" w:rsidP="00960407">
            <w:pPr>
              <w:spacing w:after="0"/>
            </w:pPr>
          </w:p>
        </w:tc>
      </w:tr>
    </w:tbl>
    <w:p w14:paraId="5799A637" w14:textId="77777777" w:rsidR="00091345" w:rsidRPr="00960407" w:rsidRDefault="00091345">
      <w:pPr>
        <w:spacing w:before="180" w:after="0"/>
        <w:jc w:val="center"/>
        <w:rPr>
          <w:lang w:val="it-IT"/>
        </w:rPr>
      </w:pPr>
    </w:p>
    <w:sectPr w:rsidR="00091345" w:rsidRPr="00960407" w:rsidSect="00960407">
      <w:headerReference w:type="default" r:id="rId8"/>
      <w:pgSz w:w="12240" w:h="15840"/>
      <w:pgMar w:top="1713" w:right="1037" w:bottom="792" w:left="10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B898F" w14:textId="77777777" w:rsidR="00D51FD0" w:rsidRDefault="00D51FD0" w:rsidP="00960407">
      <w:pPr>
        <w:spacing w:after="0" w:line="240" w:lineRule="auto"/>
      </w:pPr>
      <w:r>
        <w:separator/>
      </w:r>
    </w:p>
  </w:endnote>
  <w:endnote w:type="continuationSeparator" w:id="0">
    <w:p w14:paraId="48546687" w14:textId="77777777" w:rsidR="00D51FD0" w:rsidRDefault="00D51FD0" w:rsidP="009604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4AAA4" w14:textId="77777777" w:rsidR="00D51FD0" w:rsidRDefault="00D51FD0" w:rsidP="00960407">
      <w:pPr>
        <w:spacing w:after="0" w:line="240" w:lineRule="auto"/>
      </w:pPr>
      <w:r>
        <w:separator/>
      </w:r>
    </w:p>
  </w:footnote>
  <w:footnote w:type="continuationSeparator" w:id="0">
    <w:p w14:paraId="41A57B7B" w14:textId="77777777" w:rsidR="00D51FD0" w:rsidRDefault="00D51FD0" w:rsidP="009604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BC827" w14:textId="77777777" w:rsidR="00960407" w:rsidRDefault="00960407">
    <w:pPr>
      <w:pStyle w:val="Intestazion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553C0EF" wp14:editId="30F43EE1">
          <wp:simplePos x="0" y="0"/>
          <wp:positionH relativeFrom="margin">
            <wp:posOffset>2226310</wp:posOffset>
          </wp:positionH>
          <wp:positionV relativeFrom="margin">
            <wp:posOffset>-457200</wp:posOffset>
          </wp:positionV>
          <wp:extent cx="1965960" cy="384078"/>
          <wp:effectExtent l="0" t="0" r="254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65960" cy="3840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D7C22E9"/>
    <w:multiLevelType w:val="hybridMultilevel"/>
    <w:tmpl w:val="E5429480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21513514">
    <w:abstractNumId w:val="8"/>
  </w:num>
  <w:num w:numId="2" w16cid:durableId="627396462">
    <w:abstractNumId w:val="6"/>
  </w:num>
  <w:num w:numId="3" w16cid:durableId="163058176">
    <w:abstractNumId w:val="5"/>
  </w:num>
  <w:num w:numId="4" w16cid:durableId="1867790540">
    <w:abstractNumId w:val="4"/>
  </w:num>
  <w:num w:numId="5" w16cid:durableId="499194281">
    <w:abstractNumId w:val="7"/>
  </w:num>
  <w:num w:numId="6" w16cid:durableId="2057242121">
    <w:abstractNumId w:val="3"/>
  </w:num>
  <w:num w:numId="7" w16cid:durableId="1130319122">
    <w:abstractNumId w:val="2"/>
  </w:num>
  <w:num w:numId="8" w16cid:durableId="1251087082">
    <w:abstractNumId w:val="1"/>
  </w:num>
  <w:num w:numId="9" w16cid:durableId="2004700915">
    <w:abstractNumId w:val="0"/>
  </w:num>
  <w:num w:numId="10" w16cid:durableId="2234441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732ydWiIy7WyXG8QOMZ7yfn1BOvF8ux83si2nwDiXXZ2cPQpEC3EHYJO9/RHG6+QL5BTZu6uCKy9vtsYFbNyVw==" w:salt="kCcQ0GCQkl+debXnbDpeQg==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793D"/>
    <w:rsid w:val="0007157C"/>
    <w:rsid w:val="00091345"/>
    <w:rsid w:val="001328E7"/>
    <w:rsid w:val="0015074B"/>
    <w:rsid w:val="001D5C10"/>
    <w:rsid w:val="0029639D"/>
    <w:rsid w:val="00326F90"/>
    <w:rsid w:val="003278EE"/>
    <w:rsid w:val="00420954"/>
    <w:rsid w:val="00582055"/>
    <w:rsid w:val="0075235A"/>
    <w:rsid w:val="00796EBF"/>
    <w:rsid w:val="008060BA"/>
    <w:rsid w:val="00960407"/>
    <w:rsid w:val="00961D73"/>
    <w:rsid w:val="00AA0A24"/>
    <w:rsid w:val="00AA1D8D"/>
    <w:rsid w:val="00AB03EE"/>
    <w:rsid w:val="00AB17C1"/>
    <w:rsid w:val="00B47730"/>
    <w:rsid w:val="00B777A6"/>
    <w:rsid w:val="00C2214D"/>
    <w:rsid w:val="00C318A8"/>
    <w:rsid w:val="00C510DD"/>
    <w:rsid w:val="00CB0664"/>
    <w:rsid w:val="00D51FD0"/>
    <w:rsid w:val="00D57389"/>
    <w:rsid w:val="00E62977"/>
    <w:rsid w:val="00EE5C6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9180BE1"/>
  <w14:defaultImageDpi w14:val="330"/>
  <w15:docId w15:val="{1ED99DA8-5851-C043-B1D6-A058FA7D2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80" w:line="259" w:lineRule="auto"/>
    </w:pPr>
    <w:rPr>
      <w:rFonts w:ascii="Calibri" w:hAnsi="Calibri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Testosegnaposto">
    <w:name w:val="Placeholder Text"/>
    <w:basedOn w:val="Carpredefinitoparagrafo"/>
    <w:uiPriority w:val="99"/>
    <w:semiHidden/>
    <w:rsid w:val="001328E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2A119B3BD86491485AE0C57E5260C5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161222A-211C-49DB-B4A2-3451EA86B156}"/>
      </w:docPartPr>
      <w:docPartBody>
        <w:p w:rsidR="002647E8" w:rsidRDefault="002559BD" w:rsidP="002559BD">
          <w:pPr>
            <w:pStyle w:val="92A119B3BD86491485AE0C57E5260C51"/>
          </w:pPr>
          <w:r w:rsidRPr="00AE43DB">
            <w:rPr>
              <w:rStyle w:val="Testosegnaposto"/>
              <w:rFonts w:eastAsiaTheme="minorHAnsi"/>
            </w:rPr>
            <w:t>Fare clic o toccare qui per immettere il testo.</w:t>
          </w:r>
        </w:p>
      </w:docPartBody>
    </w:docPart>
    <w:docPart>
      <w:docPartPr>
        <w:name w:val="9103FE4315F24C9A8651DCA774500C2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109A747-1ECE-40F9-A105-4457A9217289}"/>
      </w:docPartPr>
      <w:docPartBody>
        <w:p w:rsidR="002647E8" w:rsidRDefault="002559BD" w:rsidP="002559BD">
          <w:pPr>
            <w:pStyle w:val="9103FE4315F24C9A8651DCA774500C22"/>
          </w:pPr>
          <w:r w:rsidRPr="00AE43DB">
            <w:rPr>
              <w:rStyle w:val="Testosegnaposto"/>
              <w:rFonts w:eastAsiaTheme="minorHAnsi"/>
            </w:rPr>
            <w:t>Fare clic o toccare qui per immettere il testo.</w:t>
          </w:r>
        </w:p>
      </w:docPartBody>
    </w:docPart>
    <w:docPart>
      <w:docPartPr>
        <w:name w:val="596772391A8E4E96920016DC0687031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4282ACA-9A03-47B1-8417-0BC50268606A}"/>
      </w:docPartPr>
      <w:docPartBody>
        <w:p w:rsidR="002647E8" w:rsidRDefault="002559BD" w:rsidP="002559BD">
          <w:pPr>
            <w:pStyle w:val="596772391A8E4E96920016DC0687031F"/>
          </w:pPr>
          <w:r w:rsidRPr="00AE43DB">
            <w:rPr>
              <w:rStyle w:val="Testosegnaposto"/>
              <w:rFonts w:eastAsiaTheme="minorHAnsi"/>
            </w:rPr>
            <w:t>Fare clic o toccare qui per immettere il testo.</w:t>
          </w:r>
        </w:p>
      </w:docPartBody>
    </w:docPart>
    <w:docPart>
      <w:docPartPr>
        <w:name w:val="93B7E5C7102E43A89E631A8C60641D0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B7C13BC-5D3A-4306-A870-B033D69B01EF}"/>
      </w:docPartPr>
      <w:docPartBody>
        <w:p w:rsidR="002647E8" w:rsidRDefault="002559BD" w:rsidP="002559BD">
          <w:pPr>
            <w:pStyle w:val="93B7E5C7102E43A89E631A8C60641D08"/>
          </w:pPr>
          <w:r w:rsidRPr="00AE43DB">
            <w:rPr>
              <w:rStyle w:val="Testosegnaposto"/>
              <w:rFonts w:eastAsiaTheme="minorHAnsi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9BD"/>
    <w:rsid w:val="0006793D"/>
    <w:rsid w:val="002559BD"/>
    <w:rsid w:val="00264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2559BD"/>
    <w:rPr>
      <w:color w:val="666666"/>
    </w:rPr>
  </w:style>
  <w:style w:type="paragraph" w:customStyle="1" w:styleId="92A119B3BD86491485AE0C57E5260C51">
    <w:name w:val="92A119B3BD86491485AE0C57E5260C51"/>
    <w:rsid w:val="002559BD"/>
  </w:style>
  <w:style w:type="paragraph" w:customStyle="1" w:styleId="9103FE4315F24C9A8651DCA774500C22">
    <w:name w:val="9103FE4315F24C9A8651DCA774500C22"/>
    <w:rsid w:val="002559BD"/>
  </w:style>
  <w:style w:type="paragraph" w:customStyle="1" w:styleId="596772391A8E4E96920016DC0687031F">
    <w:name w:val="596772391A8E4E96920016DC0687031F"/>
    <w:rsid w:val="002559BD"/>
  </w:style>
  <w:style w:type="paragraph" w:customStyle="1" w:styleId="93B7E5C7102E43A89E631A8C60641D08">
    <w:name w:val="93B7E5C7102E43A89E631A8C60641D08"/>
    <w:rsid w:val="002559B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34B6FED-8A2D-1B44-8A75-24C432584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Dichiarazione finale - Modulo soci in affari - UNI ISO 37001:2025</vt:lpstr>
      <vt:lpstr/>
    </vt:vector>
  </TitlesOfParts>
  <Manager/>
  <Company/>
  <LinksUpToDate>false</LinksUpToDate>
  <CharactersWithSpaces>1443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finale - Modulo soci in affari - UNI ISO 37001:2025</dc:title>
  <dc:subject>Completamento attività informativa e formativa</dc:subject>
  <dc:creator>Visentini Cristian</dc:creator>
  <cp:keywords>Magis; ISO 37001; anticorruzione; soci in affari</cp:keywords>
  <dc:description>generated by python-docx</dc:description>
  <cp:lastModifiedBy>Visentini Cristian</cp:lastModifiedBy>
  <cp:revision>12</cp:revision>
  <dcterms:created xsi:type="dcterms:W3CDTF">2026-10-08T07:16:00Z</dcterms:created>
  <dcterms:modified xsi:type="dcterms:W3CDTF">2026-10-08T13:03:00Z</dcterms:modified>
  <cp:category/>
</cp:coreProperties>
</file>